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12D857" w14:textId="77777777" w:rsidR="00FC788C" w:rsidRDefault="00000000">
      <w:pPr>
        <w:pStyle w:val="Titolo"/>
        <w:keepLines/>
      </w:pPr>
      <w:r>
        <w:t>Scheda di adesione dei Soci Sostenitori</w:t>
      </w:r>
    </w:p>
    <w:p w14:paraId="7A027DC2" w14:textId="77777777" w:rsidR="00FC788C" w:rsidRDefault="00000000">
      <w:pPr>
        <w:keepLines/>
      </w:pPr>
      <w:r>
        <w:t>Dati per il libro soci e autorizzazione alla pubblicazione del logo</w:t>
      </w:r>
    </w:p>
    <w:p w14:paraId="4C9F7AEE" w14:textId="77777777" w:rsidR="00FC788C" w:rsidRDefault="00000000">
      <w:pPr>
        <w:keepLines/>
        <w:spacing w:after="140"/>
      </w:pPr>
      <w:r>
        <w:t>Scheda da compilare dopo il contatto con la Segreteria. Inviare le prime due pagine, con firma al termine, a segreteria@societamanagement.it insieme al logo. Compilabile in Word o a mano. La terza pagina è riservata a SIMA.</w:t>
      </w:r>
    </w:p>
    <w:p w14:paraId="1D3BD541" w14:textId="77777777" w:rsidR="00FC788C" w:rsidRDefault="00000000">
      <w:pPr>
        <w:pStyle w:val="Titolo1"/>
      </w:pPr>
      <w:r>
        <w:t>1 Dati dell’organizzazione</w:t>
      </w:r>
    </w:p>
    <w:p w14:paraId="1B70DB75" w14:textId="77777777" w:rsidR="00FC788C" w:rsidRDefault="00000000">
      <w:pPr>
        <w:keepLines/>
        <w:spacing w:after="120"/>
      </w:pPr>
      <w:r>
        <w:rPr>
          <w:b/>
        </w:rPr>
        <w:t xml:space="preserve">Denominazione o ragione sociale </w:t>
      </w:r>
      <w:sdt>
        <w:sdtPr>
          <w:alias w:val="Denominazione o ragione sociale"/>
          <w:tag w:val="denominazione"/>
          <w:id w:val="10001"/>
          <w:text/>
        </w:sdtPr>
        <w:sdtContent>
          <w:r>
            <w:t>......................................................</w:t>
          </w:r>
        </w:sdtContent>
      </w:sdt>
    </w:p>
    <w:p w14:paraId="539FDDDC" w14:textId="77777777" w:rsidR="00FC788C" w:rsidRDefault="00000000">
      <w:pPr>
        <w:keepLines/>
        <w:spacing w:after="120"/>
      </w:pPr>
      <w:r>
        <w:rPr>
          <w:b/>
        </w:rPr>
        <w:t xml:space="preserve">Forma giuridica </w:t>
      </w:r>
      <w:sdt>
        <w:sdtPr>
          <w:alias w:val="Forma giuridica"/>
          <w:tag w:val="forma_giuridica"/>
          <w:id w:val="10002"/>
          <w:text/>
        </w:sdtPr>
        <w:sdtContent>
          <w:r>
            <w:t>...................................................................</w:t>
          </w:r>
        </w:sdtContent>
      </w:sdt>
    </w:p>
    <w:p w14:paraId="370F3044" w14:textId="77777777" w:rsidR="00FC788C" w:rsidRDefault="00000000">
      <w:pPr>
        <w:keepLines/>
        <w:spacing w:after="120"/>
      </w:pPr>
      <w:r>
        <w:rPr>
          <w:b/>
        </w:rPr>
        <w:t xml:space="preserve">Codice fiscale </w:t>
      </w:r>
      <w:sdt>
        <w:sdtPr>
          <w:alias w:val="Codice fiscale"/>
          <w:tag w:val="codice_fiscale"/>
          <w:id w:val="10003"/>
          <w:text/>
        </w:sdtPr>
        <w:sdtContent>
          <w:r>
            <w:t>...................................................................</w:t>
          </w:r>
        </w:sdtContent>
      </w:sdt>
    </w:p>
    <w:p w14:paraId="5CBB7765" w14:textId="77777777" w:rsidR="00FC788C" w:rsidRDefault="00000000">
      <w:pPr>
        <w:keepLines/>
        <w:spacing w:after="120"/>
      </w:pPr>
      <w:r>
        <w:rPr>
          <w:b/>
        </w:rPr>
        <w:t xml:space="preserve">Partita IVA se presente </w:t>
      </w:r>
      <w:sdt>
        <w:sdtPr>
          <w:alias w:val="Partita IVA se presente"/>
          <w:tag w:val="partita_iva"/>
          <w:id w:val="10004"/>
          <w:text/>
        </w:sdtPr>
        <w:sdtContent>
          <w:r>
            <w:t>.............................................................</w:t>
          </w:r>
        </w:sdtContent>
      </w:sdt>
    </w:p>
    <w:p w14:paraId="1EE03D9A" w14:textId="77777777" w:rsidR="00FC788C" w:rsidRDefault="00000000">
      <w:pPr>
        <w:keepLines/>
        <w:spacing w:after="120"/>
      </w:pPr>
      <w:r>
        <w:rPr>
          <w:b/>
        </w:rPr>
        <w:t xml:space="preserve">Sede legale e numero civico </w:t>
      </w:r>
      <w:sdt>
        <w:sdtPr>
          <w:alias w:val="Sede legale e numero civico"/>
          <w:tag w:val="sede"/>
          <w:id w:val="10005"/>
          <w:text/>
        </w:sdtPr>
        <w:sdtContent>
          <w:r>
            <w:t>..........................................................</w:t>
          </w:r>
        </w:sdtContent>
      </w:sdt>
    </w:p>
    <w:p w14:paraId="1BA8039B" w14:textId="77777777" w:rsidR="00FC788C" w:rsidRDefault="00000000">
      <w:pPr>
        <w:keepLines/>
        <w:spacing w:after="120"/>
      </w:pPr>
      <w:r>
        <w:rPr>
          <w:b/>
        </w:rPr>
        <w:t xml:space="preserve">CAP Comune Provincia Stato </w:t>
      </w:r>
      <w:sdt>
        <w:sdtPr>
          <w:alias w:val="CAP Comune Provincia Stato"/>
          <w:tag w:val="localita"/>
          <w:id w:val="10006"/>
          <w:text/>
        </w:sdtPr>
        <w:sdtContent>
          <w:r>
            <w:t>.........................................................</w:t>
          </w:r>
        </w:sdtContent>
      </w:sdt>
    </w:p>
    <w:p w14:paraId="179F0FCD" w14:textId="77777777" w:rsidR="00FC788C" w:rsidRDefault="00000000">
      <w:pPr>
        <w:keepLines/>
        <w:spacing w:after="120"/>
      </w:pPr>
      <w:r>
        <w:rPr>
          <w:b/>
        </w:rPr>
        <w:t xml:space="preserve">Settore di attività </w:t>
      </w:r>
      <w:sdt>
        <w:sdtPr>
          <w:alias w:val="Settore di attività"/>
          <w:tag w:val="settore"/>
          <w:id w:val="10007"/>
          <w:text/>
        </w:sdtPr>
        <w:sdtContent>
          <w:r>
            <w:t>.................................................................</w:t>
          </w:r>
        </w:sdtContent>
      </w:sdt>
    </w:p>
    <w:p w14:paraId="4C2DF1AE" w14:textId="77777777" w:rsidR="00FC788C" w:rsidRDefault="00000000">
      <w:pPr>
        <w:keepLines/>
        <w:spacing w:after="120"/>
      </w:pPr>
      <w:r>
        <w:rPr>
          <w:b/>
        </w:rPr>
        <w:t xml:space="preserve">E-mail dell’organizzazione </w:t>
      </w:r>
      <w:sdt>
        <w:sdtPr>
          <w:alias w:val="E-mail dell’organizzazione"/>
          <w:tag w:val="email_ente"/>
          <w:id w:val="10008"/>
          <w:text/>
        </w:sdtPr>
        <w:sdtContent>
          <w:r>
            <w:t>...........................................................</w:t>
          </w:r>
        </w:sdtContent>
      </w:sdt>
    </w:p>
    <w:p w14:paraId="199D819F" w14:textId="77777777" w:rsidR="00FC788C" w:rsidRDefault="00000000">
      <w:pPr>
        <w:keepLines/>
        <w:spacing w:after="120"/>
      </w:pPr>
      <w:r>
        <w:rPr>
          <w:b/>
        </w:rPr>
        <w:t xml:space="preserve">PEC se presente </w:t>
      </w:r>
      <w:sdt>
        <w:sdtPr>
          <w:alias w:val="PEC se presente"/>
          <w:tag w:val="pec"/>
          <w:id w:val="10009"/>
          <w:text/>
        </w:sdtPr>
        <w:sdtContent>
          <w:r>
            <w:t>..................................................................</w:t>
          </w:r>
        </w:sdtContent>
      </w:sdt>
    </w:p>
    <w:p w14:paraId="4A826955" w14:textId="77777777" w:rsidR="00FC788C" w:rsidRDefault="00000000">
      <w:pPr>
        <w:pStyle w:val="Titolo1"/>
      </w:pPr>
      <w:r>
        <w:t>2 Legale rappresentante</w:t>
      </w:r>
    </w:p>
    <w:p w14:paraId="080FC10B" w14:textId="77777777" w:rsidR="00FC788C" w:rsidRDefault="00000000">
      <w:pPr>
        <w:keepLines/>
        <w:spacing w:after="120"/>
      </w:pPr>
      <w:r>
        <w:rPr>
          <w:b/>
        </w:rPr>
        <w:t xml:space="preserve">Nome e cognome </w:t>
      </w:r>
      <w:sdt>
        <w:sdtPr>
          <w:alias w:val="Nome e cognome"/>
          <w:tag w:val="rappresentante"/>
          <w:id w:val="10010"/>
          <w:text/>
        </w:sdtPr>
        <w:sdtContent>
          <w:r>
            <w:t>...............................................................</w:t>
          </w:r>
        </w:sdtContent>
      </w:sdt>
    </w:p>
    <w:p w14:paraId="5F6D6A55" w14:textId="77777777" w:rsidR="00FC788C" w:rsidRDefault="00000000">
      <w:pPr>
        <w:keepLines/>
        <w:spacing w:after="120"/>
      </w:pPr>
      <w:r>
        <w:rPr>
          <w:b/>
        </w:rPr>
        <w:t xml:space="preserve">Carica </w:t>
      </w:r>
      <w:sdt>
        <w:sdtPr>
          <w:alias w:val="Carica"/>
          <w:tag w:val="carica"/>
          <w:id w:val="10011"/>
          <w:text/>
        </w:sdtPr>
        <w:sdtContent>
          <w:r>
            <w:t>...........................................................................</w:t>
          </w:r>
        </w:sdtContent>
      </w:sdt>
    </w:p>
    <w:p w14:paraId="03952695" w14:textId="77777777" w:rsidR="00FC788C" w:rsidRDefault="00000000">
      <w:pPr>
        <w:keepLines/>
        <w:spacing w:after="120"/>
      </w:pPr>
      <w:r>
        <w:rPr>
          <w:b/>
        </w:rPr>
        <w:t xml:space="preserve">E-mail </w:t>
      </w:r>
      <w:sdt>
        <w:sdtPr>
          <w:alias w:val="E-mail"/>
          <w:tag w:val="email_rappresentante"/>
          <w:id w:val="10012"/>
          <w:text/>
        </w:sdtPr>
        <w:sdtContent>
          <w:r>
            <w:t>...........................................................................</w:t>
          </w:r>
        </w:sdtContent>
      </w:sdt>
    </w:p>
    <w:p w14:paraId="0BF5E498" w14:textId="77777777" w:rsidR="00FC788C" w:rsidRDefault="00000000">
      <w:pPr>
        <w:pStyle w:val="Titolo1"/>
      </w:pPr>
      <w:r>
        <w:t>3 Formula di adesione</w:t>
      </w:r>
    </w:p>
    <w:p w14:paraId="734F531D" w14:textId="77777777" w:rsidR="00FC788C" w:rsidRDefault="00000000">
      <w:pPr>
        <w:keepLines/>
      </w:pPr>
      <w:r>
        <w:t>Anno di riferimento ............     ☐ Ordinario     ☐ Premium     ☐ Ambassador</w:t>
      </w:r>
    </w:p>
    <w:p w14:paraId="45346CB5" w14:textId="77777777" w:rsidR="00FC788C" w:rsidRDefault="00000000">
      <w:pPr>
        <w:keepLines/>
        <w:spacing w:after="60"/>
      </w:pPr>
      <w:r>
        <w:t>Indicare la formula definita con la Segreteria. Quote e condizioni sono comunicate separatamente.</w:t>
      </w:r>
    </w:p>
    <w:p w14:paraId="073B2842" w14:textId="77777777" w:rsidR="00FC788C" w:rsidRDefault="00000000">
      <w:pPr>
        <w:pStyle w:val="Titolo1"/>
      </w:pPr>
      <w:r>
        <w:t>4 Referenti per i rapporti con SIMA</w:t>
      </w:r>
    </w:p>
    <w:p w14:paraId="038430EA" w14:textId="77777777" w:rsidR="00FC788C" w:rsidRDefault="00000000">
      <w:pPr>
        <w:keepLines/>
        <w:spacing w:after="80"/>
      </w:pPr>
      <w:r>
        <w:t>Indicare un referente per Ordinario, fino a due per Premium e fino a tre per Ambassador. Il primo è il contatto principale.</w:t>
      </w:r>
    </w:p>
    <w:p w14:paraId="015538AF" w14:textId="77777777" w:rsidR="00FC788C" w:rsidRDefault="00000000">
      <w:pPr>
        <w:keepLines/>
        <w:spacing w:after="120"/>
      </w:pPr>
      <w:r>
        <w:rPr>
          <w:b/>
        </w:rPr>
        <w:t xml:space="preserve">1 Nome cognome e ruolo </w:t>
      </w:r>
      <w:sdt>
        <w:sdtPr>
          <w:alias w:val="1 Nome cognome e ruolo"/>
          <w:tag w:val="referente_1"/>
          <w:id w:val="10013"/>
          <w:text/>
        </w:sdtPr>
        <w:sdtContent>
          <w:r>
            <w:t>.............................................................</w:t>
          </w:r>
        </w:sdtContent>
      </w:sdt>
    </w:p>
    <w:p w14:paraId="3D6C437A" w14:textId="77777777" w:rsidR="00FC788C" w:rsidRDefault="00000000">
      <w:pPr>
        <w:keepLines/>
        <w:spacing w:after="120"/>
      </w:pPr>
      <w:r>
        <w:rPr>
          <w:b/>
        </w:rPr>
        <w:t xml:space="preserve">E-mail e telefono facoltativo </w:t>
      </w:r>
      <w:sdt>
        <w:sdtPr>
          <w:alias w:val="E-mail e telefono facoltativo"/>
          <w:tag w:val="contatto_1"/>
          <w:id w:val="10014"/>
          <w:text/>
        </w:sdtPr>
        <w:sdtContent>
          <w:r>
            <w:t>.........................................................</w:t>
          </w:r>
        </w:sdtContent>
      </w:sdt>
    </w:p>
    <w:p w14:paraId="7D65781C" w14:textId="77777777" w:rsidR="00FC788C" w:rsidRDefault="00000000">
      <w:pPr>
        <w:keepLines/>
        <w:spacing w:after="120"/>
      </w:pPr>
      <w:r>
        <w:rPr>
          <w:b/>
        </w:rPr>
        <w:t xml:space="preserve">2 Nome cognome e ruolo </w:t>
      </w:r>
      <w:sdt>
        <w:sdtPr>
          <w:alias w:val="2 Nome cognome e ruolo"/>
          <w:tag w:val="referente_2"/>
          <w:id w:val="10015"/>
          <w:text/>
        </w:sdtPr>
        <w:sdtContent>
          <w:r>
            <w:t>.............................................................</w:t>
          </w:r>
        </w:sdtContent>
      </w:sdt>
    </w:p>
    <w:p w14:paraId="38BDB8D7" w14:textId="77777777" w:rsidR="00FC788C" w:rsidRDefault="00000000">
      <w:pPr>
        <w:keepLines/>
        <w:spacing w:after="120"/>
      </w:pPr>
      <w:r>
        <w:rPr>
          <w:b/>
        </w:rPr>
        <w:t xml:space="preserve">E-mail e telefono facoltativo </w:t>
      </w:r>
      <w:sdt>
        <w:sdtPr>
          <w:alias w:val="E-mail e telefono facoltativo"/>
          <w:tag w:val="contatto_2"/>
          <w:id w:val="10016"/>
          <w:text/>
        </w:sdtPr>
        <w:sdtContent>
          <w:r>
            <w:t>.........................................................</w:t>
          </w:r>
        </w:sdtContent>
      </w:sdt>
    </w:p>
    <w:p w14:paraId="6168F4E2" w14:textId="77777777" w:rsidR="00FC788C" w:rsidRDefault="00000000">
      <w:pPr>
        <w:keepLines/>
        <w:spacing w:after="120"/>
      </w:pPr>
      <w:r>
        <w:rPr>
          <w:b/>
        </w:rPr>
        <w:t xml:space="preserve">3 Nome cognome e ruolo </w:t>
      </w:r>
      <w:sdt>
        <w:sdtPr>
          <w:alias w:val="3 Nome cognome e ruolo"/>
          <w:tag w:val="referente_3"/>
          <w:id w:val="10017"/>
          <w:text/>
        </w:sdtPr>
        <w:sdtContent>
          <w:r>
            <w:t>.............................................................</w:t>
          </w:r>
        </w:sdtContent>
      </w:sdt>
    </w:p>
    <w:p w14:paraId="128767B5" w14:textId="77777777" w:rsidR="00FC788C" w:rsidRDefault="00000000">
      <w:pPr>
        <w:keepLines/>
        <w:spacing w:after="120"/>
      </w:pPr>
      <w:r>
        <w:rPr>
          <w:b/>
        </w:rPr>
        <w:t xml:space="preserve">E-mail e telefono facoltativo </w:t>
      </w:r>
      <w:sdt>
        <w:sdtPr>
          <w:alias w:val="E-mail e telefono facoltativo"/>
          <w:tag w:val="contatto_3"/>
          <w:id w:val="10018"/>
          <w:text/>
        </w:sdtPr>
        <w:sdtContent>
          <w:r>
            <w:t>.........................................................</w:t>
          </w:r>
        </w:sdtContent>
      </w:sdt>
    </w:p>
    <w:p w14:paraId="6FA249EA" w14:textId="77777777" w:rsidR="00FC788C" w:rsidRDefault="00000000">
      <w:pPr>
        <w:keepLines/>
      </w:pPr>
      <w:r>
        <w:br w:type="page"/>
      </w:r>
    </w:p>
    <w:p w14:paraId="3FFA9AEE" w14:textId="77777777" w:rsidR="00FC788C" w:rsidRDefault="00000000">
      <w:pPr>
        <w:pStyle w:val="Titolo"/>
        <w:keepLines/>
      </w:pPr>
      <w:r>
        <w:lastRenderedPageBreak/>
        <w:t>Logo e dichiarazioni</w:t>
      </w:r>
    </w:p>
    <w:p w14:paraId="0C167F25" w14:textId="77777777" w:rsidR="00FC788C" w:rsidRDefault="00000000">
      <w:pPr>
        <w:pStyle w:val="Titolo1"/>
      </w:pPr>
      <w:r>
        <w:t>5 Interessi e materiali per il sito</w:t>
      </w:r>
    </w:p>
    <w:p w14:paraId="56186A62" w14:textId="77777777" w:rsidR="00FC788C" w:rsidRDefault="00000000">
      <w:pPr>
        <w:keepLines/>
        <w:spacing w:after="120"/>
      </w:pPr>
      <w:r>
        <w:rPr>
          <w:b/>
        </w:rPr>
        <w:t xml:space="preserve">Gruppi Tematici di interesse fino a due </w:t>
      </w:r>
      <w:sdt>
        <w:sdtPr>
          <w:alias w:val="Gruppi Tematici di interesse fino a due"/>
          <w:tag w:val="gruppi"/>
          <w:id w:val="10019"/>
          <w:text/>
        </w:sdtPr>
        <w:sdtContent>
          <w:r>
            <w:t>..............................................</w:t>
          </w:r>
        </w:sdtContent>
      </w:sdt>
    </w:p>
    <w:p w14:paraId="01B6176F" w14:textId="77777777" w:rsidR="00FC788C" w:rsidRDefault="00000000">
      <w:pPr>
        <w:keepLines/>
        <w:spacing w:after="120"/>
      </w:pPr>
      <w:r>
        <w:rPr>
          <w:b/>
        </w:rPr>
        <w:t xml:space="preserve">Altri temi di collaborazione facoltativi </w:t>
      </w:r>
      <w:sdt>
        <w:sdtPr>
          <w:alias w:val="Altri temi di collaborazione facoltativi"/>
          <w:tag w:val="temi"/>
          <w:id w:val="10020"/>
          <w:text/>
        </w:sdtPr>
        <w:sdtContent>
          <w:r>
            <w:t>...............................................</w:t>
          </w:r>
        </w:sdtContent>
      </w:sdt>
    </w:p>
    <w:p w14:paraId="41ADAB08" w14:textId="77777777" w:rsidR="00FC788C" w:rsidRDefault="00000000">
      <w:pPr>
        <w:keepLines/>
        <w:spacing w:after="120"/>
      </w:pPr>
      <w:r>
        <w:rPr>
          <w:b/>
        </w:rPr>
        <w:t xml:space="preserve">Denominazione da pubblicare con il logo </w:t>
      </w:r>
      <w:sdt>
        <w:sdtPr>
          <w:alias w:val="Denominazione da pubblicare con il logo"/>
          <w:tag w:val="nome_pubblico"/>
          <w:id w:val="10021"/>
          <w:text/>
        </w:sdtPr>
        <w:sdtContent>
          <w:r>
            <w:t>............................................</w:t>
          </w:r>
        </w:sdtContent>
      </w:sdt>
    </w:p>
    <w:p w14:paraId="3E87241B" w14:textId="77777777" w:rsidR="00FC788C" w:rsidRDefault="00000000">
      <w:pPr>
        <w:keepLines/>
        <w:spacing w:after="120"/>
      </w:pPr>
      <w:r>
        <w:rPr>
          <w:b/>
        </w:rPr>
        <w:t xml:space="preserve">Sito web da collegare al logo </w:t>
      </w:r>
      <w:sdt>
        <w:sdtPr>
          <w:alias w:val="Sito web da collegare al logo"/>
          <w:tag w:val="sito_web"/>
          <w:id w:val="10022"/>
          <w:text/>
        </w:sdtPr>
        <w:sdtContent>
          <w:r>
            <w:t>.........................................................</w:t>
          </w:r>
        </w:sdtContent>
      </w:sdt>
    </w:p>
    <w:p w14:paraId="6180F440" w14:textId="77777777" w:rsidR="00FC788C" w:rsidRDefault="00000000">
      <w:pPr>
        <w:keepLines/>
      </w:pPr>
      <w:r>
        <w:t>Allegare il logo in SVG o PDF vettoriale, oppure in PNG ad alta risoluzione, preferibilmente con sfondo trasparente. Inviare anche eventuali indicazioni per il suo utilizzo.</w:t>
      </w:r>
    </w:p>
    <w:p w14:paraId="2B27304A" w14:textId="77777777" w:rsidR="00FC788C" w:rsidRDefault="00000000">
      <w:pPr>
        <w:keepLines/>
        <w:spacing w:after="120"/>
      </w:pPr>
      <w:r>
        <w:rPr>
          <w:b/>
        </w:rPr>
        <w:t xml:space="preserve">Nome del file allegato </w:t>
      </w:r>
      <w:sdt>
        <w:sdtPr>
          <w:alias w:val="Nome del file allegato"/>
          <w:tag w:val="file_logo"/>
          <w:id w:val="10023"/>
          <w:text/>
        </w:sdtPr>
        <w:sdtContent>
          <w:r>
            <w:t>................................................................</w:t>
          </w:r>
        </w:sdtContent>
      </w:sdt>
    </w:p>
    <w:p w14:paraId="19745616" w14:textId="77777777" w:rsidR="00FC788C" w:rsidRDefault="00000000">
      <w:pPr>
        <w:pStyle w:val="Titolo1"/>
      </w:pPr>
      <w:r>
        <w:t>6 Autorizzazione all’uso del logo</w:t>
      </w:r>
    </w:p>
    <w:p w14:paraId="1F173D3F" w14:textId="77777777" w:rsidR="00FC788C" w:rsidRDefault="00000000">
      <w:pPr>
        <w:keepLines/>
      </w:pPr>
      <w:r>
        <w:t>Il/La sottoscritto/a, in qualità di legale rappresentante, dichiara che l’organizzazione è titolare del logo trasmesso o dispone dei diritti necessari ad autorizzarne l’uso e seleziona le opzioni seguenti.</w:t>
      </w:r>
    </w:p>
    <w:p w14:paraId="599556A7" w14:textId="77777777" w:rsidR="00FC788C" w:rsidRDefault="00000000">
      <w:pPr>
        <w:keepLines/>
      </w:pPr>
      <w:r>
        <w:rPr>
          <w:rFonts w:ascii="DejaVu Sans" w:hAnsi="DejaVu Sans"/>
        </w:rPr>
        <w:t xml:space="preserve">☐  </w:t>
      </w:r>
      <w:r>
        <w:t>Autorizza SIMA a pubblicare gratuitamente denominazione e logo sul sito dell’Associazione, con il collegamento indicato, per presentare l’organizzazione tra i Soci Sostenitori.</w:t>
      </w:r>
    </w:p>
    <w:p w14:paraId="512A2A6B" w14:textId="77777777" w:rsidR="00FC788C" w:rsidRDefault="00000000">
      <w:pPr>
        <w:keepLines/>
      </w:pPr>
      <w:r>
        <w:rPr>
          <w:rFonts w:ascii="DejaVu Sans" w:hAnsi="DejaVu Sans"/>
        </w:rPr>
        <w:t xml:space="preserve">☐  </w:t>
      </w:r>
      <w:r>
        <w:t>Autorizza inoltre l’uso di denominazione e logo nei materiali degli eventi istituzionali SIMA per dare visibilità al sostegno all’Associazione (facoltativo).</w:t>
      </w:r>
    </w:p>
    <w:p w14:paraId="59AA3E56" w14:textId="77777777" w:rsidR="00FC788C" w:rsidRDefault="00000000">
      <w:pPr>
        <w:keepLines/>
        <w:spacing w:after="80"/>
      </w:pPr>
      <w:r>
        <w:t>L’autorizzazione è non esclusiva e vale per la durata del rapporto associativo. Sono consentiti gli adattamenti tecnici di formato e dimensione, mantenendo proporzioni, colori e identità del logo. Ogni diverso utilizzo richiede un accordo specifico. L’organizzazione può chiedere alla Segreteria l’aggiornamento del logo o la cessazione degli utilizzi futuri; SIMA provvede alla rimozione dal sito.</w:t>
      </w:r>
    </w:p>
    <w:p w14:paraId="73263F8F" w14:textId="77777777" w:rsidR="00FC788C" w:rsidRDefault="00000000">
      <w:pPr>
        <w:pStyle w:val="Titolo1"/>
      </w:pPr>
      <w:r>
        <w:t>7 Adesione e dichiarazioni</w:t>
      </w:r>
    </w:p>
    <w:p w14:paraId="1D613462" w14:textId="77777777" w:rsidR="00FC788C" w:rsidRDefault="00000000">
      <w:pPr>
        <w:keepLines/>
      </w:pPr>
      <w:r>
        <w:t>Il/La sottoscritto/a, per conto dell’organizzazione indicata, seleziona la voce applicabile:</w:t>
      </w:r>
    </w:p>
    <w:p w14:paraId="35234894" w14:textId="77777777" w:rsidR="00FC788C" w:rsidRDefault="00000000">
      <w:pPr>
        <w:keepLines/>
      </w:pPr>
      <w:r>
        <w:rPr>
          <w:rFonts w:ascii="DejaVu Sans" w:hAnsi="DejaVu Sans"/>
        </w:rPr>
        <w:t xml:space="preserve">☐  </w:t>
      </w:r>
      <w:r>
        <w:t>chiede l’ammissione a SIMA come Socio Sostenitore;</w:t>
      </w:r>
    </w:p>
    <w:p w14:paraId="25A4195A" w14:textId="77777777" w:rsidR="00FC788C" w:rsidRDefault="00000000">
      <w:pPr>
        <w:keepLines/>
      </w:pPr>
      <w:r>
        <w:rPr>
          <w:rFonts w:ascii="DejaVu Sans" w:hAnsi="DejaVu Sans"/>
        </w:rPr>
        <w:t xml:space="preserve">☐  </w:t>
      </w:r>
      <w:r>
        <w:t>trasmette o aggiorna i dati di un’organizzazione già ammessa come Socio Sostenitore.</w:t>
      </w:r>
    </w:p>
    <w:p w14:paraId="236D6564" w14:textId="77777777" w:rsidR="00FC788C" w:rsidRDefault="00000000">
      <w:pPr>
        <w:keepLines/>
      </w:pPr>
      <w:commentRangeStart w:id="0"/>
      <w:r>
        <w:t xml:space="preserve">Dichiara di conoscere e accettare lo Statuto e il Codice Etico SIMA, di condividere le finalità dell’Associazione, di rispettare le deliberazioni degli organi associativi e le condizioni di adesione comunicate dalla Segreteria. </w:t>
      </w:r>
      <w:commentRangeEnd w:id="0"/>
      <w:r w:rsidR="00C920F8">
        <w:rPr>
          <w:rStyle w:val="Rimandocommento"/>
          <w:sz w:val="22"/>
          <w:szCs w:val="22"/>
        </w:rPr>
        <w:commentReference w:id="0"/>
      </w:r>
      <w:r>
        <w:t>Conferma la correttezza dei dati forniti e si impegna a comunicarne le variazioni.</w:t>
      </w:r>
    </w:p>
    <w:p w14:paraId="36D7830C" w14:textId="77777777" w:rsidR="00FC788C" w:rsidRDefault="00000000">
      <w:pPr>
        <w:keepLines/>
      </w:pPr>
      <w:r>
        <w:t>Per una nuova adesione, l’ammissione è deliberata dal Consiglio Direttivo secondo lo Statuto. La compilazione della scheda non determina automaticamente l’iscrizione nel libro soci.</w:t>
      </w:r>
    </w:p>
    <w:p w14:paraId="04CB3569" w14:textId="77777777" w:rsidR="00FC788C" w:rsidRDefault="00000000">
      <w:pPr>
        <w:pStyle w:val="Titolo1"/>
      </w:pPr>
      <w:r>
        <w:t>8 Informativa sui dati personali e firma</w:t>
      </w:r>
    </w:p>
    <w:p w14:paraId="02CCACA7" w14:textId="77777777" w:rsidR="00FC788C" w:rsidRDefault="00000000">
      <w:pPr>
        <w:keepLines/>
      </w:pPr>
      <w:r>
        <w:rPr>
          <w:rFonts w:ascii="DejaVu Sans" w:hAnsi="DejaVu Sans"/>
        </w:rPr>
        <w:t xml:space="preserve">☐  </w:t>
      </w:r>
      <w:r>
        <w:t>Dichiaro di aver preso visione dell’informativa sul trattamento dei dati personali per la gestione dei soci e dei referenti, fornita da SIMA insieme alla scheda, e di averla trasmessa ai referenti indicati.</w:t>
      </w:r>
    </w:p>
    <w:p w14:paraId="01083C4B" w14:textId="77777777" w:rsidR="00FC788C" w:rsidRDefault="00000000">
      <w:pPr>
        <w:keepLines/>
        <w:spacing w:after="120"/>
      </w:pPr>
      <w:r>
        <w:t>La firma conferma la domanda o l’aggiornamento dei dati, le dichiarazioni e le autorizzazioni selezionate.</w:t>
      </w:r>
    </w:p>
    <w:p w14:paraId="33FDB083" w14:textId="77777777" w:rsidR="00FC788C" w:rsidRDefault="00000000">
      <w:pPr>
        <w:keepLines/>
        <w:spacing w:after="120"/>
      </w:pPr>
      <w:r>
        <w:rPr>
          <w:b/>
        </w:rPr>
        <w:t xml:space="preserve">Luogo e data </w:t>
      </w:r>
      <w:sdt>
        <w:sdtPr>
          <w:alias w:val="Luogo e data"/>
          <w:tag w:val="luogo_data"/>
          <w:id w:val="10024"/>
          <w:text/>
        </w:sdtPr>
        <w:sdtContent>
          <w:r>
            <w:t>.................................................</w:t>
          </w:r>
        </w:sdtContent>
      </w:sdt>
    </w:p>
    <w:p w14:paraId="266962F5" w14:textId="77777777" w:rsidR="00FC788C" w:rsidRDefault="00000000">
      <w:pPr>
        <w:keepLines/>
        <w:spacing w:after="120"/>
      </w:pPr>
      <w:r>
        <w:rPr>
          <w:b/>
        </w:rPr>
        <w:t xml:space="preserve">Firma del legale rappresentante </w:t>
      </w:r>
      <w:sdt>
        <w:sdtPr>
          <w:alias w:val="Firma del legale rappresentante"/>
          <w:tag w:val="firma"/>
          <w:id w:val="10025"/>
          <w:text/>
        </w:sdtPr>
        <w:sdtContent>
          <w:r>
            <w:t>...............................................</w:t>
          </w:r>
        </w:sdtContent>
      </w:sdt>
    </w:p>
    <w:p w14:paraId="6B52B1AB" w14:textId="21DD3EEC" w:rsidR="00FC788C" w:rsidRDefault="00000000" w:rsidP="00C920F8">
      <w:pPr>
        <w:keepLines/>
      </w:pPr>
      <w:r>
        <w:br w:type="page"/>
      </w:r>
    </w:p>
    <w:sectPr w:rsidR="00FC788C" w:rsidSect="00034616">
      <w:footerReference w:type="default" r:id="rId12"/>
      <w:pgSz w:w="12240" w:h="15840"/>
      <w:pgMar w:top="964" w:right="1077" w:bottom="907" w:left="1077" w:header="397" w:footer="397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Beatrice LUCERI" w:date="2026-09-29T17:26:00Z" w:initials="BL">
    <w:p w14:paraId="363E0922" w14:textId="77777777" w:rsidR="00C920F8" w:rsidRDefault="00C920F8" w:rsidP="00C920F8">
      <w:r>
        <w:rPr>
          <w:rStyle w:val="Rimandocommento"/>
        </w:rPr>
        <w:annotationRef/>
      </w:r>
      <w:r>
        <w:rPr>
          <w:sz w:val="20"/>
          <w:szCs w:val="20"/>
        </w:rPr>
        <w:t>mandiamo i due documenti? o per il momento soprassediamo?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363E092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1A201135" w16cex:dateUtc="2026-09-29T15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363E0922" w16cid:durableId="1A2011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0A61D6" w14:textId="77777777" w:rsidR="005F5E7A" w:rsidRDefault="005F5E7A">
      <w:pPr>
        <w:spacing w:after="0" w:line="240" w:lineRule="auto"/>
      </w:pPr>
      <w:r>
        <w:separator/>
      </w:r>
    </w:p>
  </w:endnote>
  <w:endnote w:type="continuationSeparator" w:id="0">
    <w:p w14:paraId="15CBE5C9" w14:textId="77777777" w:rsidR="005F5E7A" w:rsidRDefault="005F5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5F6799" w14:textId="77777777" w:rsidR="00FC788C" w:rsidRDefault="00000000">
    <w:pPr>
      <w:pStyle w:val="Pidipagina"/>
      <w:jc w:val="right"/>
    </w:pPr>
    <w:r>
      <w:rPr>
        <w:sz w:val="18"/>
      </w:rPr>
      <w:t xml:space="preserve">Soci Sostenitori  •  </w:t>
    </w:r>
    <w:r>
      <w:fldChar w:fldCharType="begin"/>
    </w:r>
    <w:r>
      <w:instrText>PAGE</w:instrText>
    </w:r>
    <w:r>
      <w:fldChar w:fldCharType="separate"/>
    </w:r>
    <w:r w:rsidR="00C920F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4DD65E" w14:textId="77777777" w:rsidR="005F5E7A" w:rsidRDefault="005F5E7A">
      <w:pPr>
        <w:spacing w:after="0" w:line="240" w:lineRule="auto"/>
      </w:pPr>
      <w:r>
        <w:separator/>
      </w:r>
    </w:p>
  </w:footnote>
  <w:footnote w:type="continuationSeparator" w:id="0">
    <w:p w14:paraId="4A23597F" w14:textId="77777777" w:rsidR="005F5E7A" w:rsidRDefault="005F5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7715317">
    <w:abstractNumId w:val="8"/>
  </w:num>
  <w:num w:numId="2" w16cid:durableId="805006947">
    <w:abstractNumId w:val="6"/>
  </w:num>
  <w:num w:numId="3" w16cid:durableId="1053692914">
    <w:abstractNumId w:val="5"/>
  </w:num>
  <w:num w:numId="4" w16cid:durableId="1863006629">
    <w:abstractNumId w:val="4"/>
  </w:num>
  <w:num w:numId="5" w16cid:durableId="1408307068">
    <w:abstractNumId w:val="7"/>
  </w:num>
  <w:num w:numId="6" w16cid:durableId="1839538703">
    <w:abstractNumId w:val="3"/>
  </w:num>
  <w:num w:numId="7" w16cid:durableId="1511723496">
    <w:abstractNumId w:val="2"/>
  </w:num>
  <w:num w:numId="8" w16cid:durableId="2075733092">
    <w:abstractNumId w:val="1"/>
  </w:num>
  <w:num w:numId="9" w16cid:durableId="55713486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Beatrice LUCERI">
    <w15:presenceInfo w15:providerId="AD" w15:userId="S::beatrice.luceri@unipr.it::90053aa3-69ac-4fbd-9600-d6dfd5daeed9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5E7A"/>
    <w:rsid w:val="00AA1D8D"/>
    <w:rsid w:val="00B47730"/>
    <w:rsid w:val="00C920F8"/>
    <w:rsid w:val="00CB0664"/>
    <w:rsid w:val="00F37E91"/>
    <w:rsid w:val="00FC693F"/>
    <w:rsid w:val="00FC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17FAB"/>
  <w14:defaultImageDpi w14:val="300"/>
  <w15:docId w15:val="{5215A5BC-AB62-5446-87D0-6C02ED05A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0" w:lineRule="auto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C920F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920F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920F8"/>
    <w:rPr>
      <w:rFonts w:ascii="Calibri" w:hAnsi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920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920F8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adesione dei Soci Sostenitori SIMA</dc:title>
  <dc:subject>Dati per il libro soci e autorizzazione logo</dc:subject>
  <dc:creator>Società Italiana di Management</dc:creator>
  <cp:keywords/>
  <dc:description>generated by python-docx</dc:description>
  <cp:lastModifiedBy>Beatrice LUCERI</cp:lastModifiedBy>
  <cp:revision>2</cp:revision>
  <dcterms:created xsi:type="dcterms:W3CDTF">2013-12-23T23:15:00Z</dcterms:created>
  <dcterms:modified xsi:type="dcterms:W3CDTF">2026-09-29T15:26:00Z</dcterms:modified>
  <cp:category/>
</cp:coreProperties>
</file>